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A73" w:rsidRPr="004B3FC3" w:rsidRDefault="004B3FC3">
      <w:pPr>
        <w:spacing w:after="160"/>
        <w:jc w:val="center"/>
        <w:rPr>
          <w:rFonts w:cs="Times New Roman"/>
          <w:lang w:eastAsia="zh-CN"/>
        </w:rPr>
      </w:pPr>
      <w:r w:rsidRPr="004B3FC3">
        <w:rPr>
          <w:rFonts w:cs="Times New Roman"/>
          <w:b/>
          <w:sz w:val="36"/>
          <w:lang w:eastAsia="zh-CN"/>
        </w:rPr>
        <w:t>新生生活指南与安全须知</w:t>
      </w:r>
    </w:p>
    <w:p w:rsidR="00535A73" w:rsidRPr="004B3FC3" w:rsidRDefault="004B3FC3">
      <w:pPr>
        <w:spacing w:line="300" w:lineRule="auto"/>
        <w:ind w:firstLine="420"/>
        <w:rPr>
          <w:rFonts w:cs="Times New Roman"/>
          <w:lang w:eastAsia="zh-CN"/>
        </w:rPr>
      </w:pPr>
      <w:r w:rsidRPr="004B3FC3">
        <w:rPr>
          <w:rFonts w:cs="Times New Roman"/>
          <w:lang w:eastAsia="zh-CN"/>
        </w:rPr>
        <w:t>欢迎同学们到北京大学医学部学习。当你初到学校，一切都很陌生，这里我们为您准备了《新生生活指南和安全须知》，希望对你们到校后的生活有所帮助。</w:t>
      </w:r>
    </w:p>
    <w:p w:rsidR="00535A73" w:rsidRPr="004B3FC3" w:rsidRDefault="004B3FC3">
      <w:pPr>
        <w:spacing w:before="120" w:after="40"/>
        <w:rPr>
          <w:rFonts w:cs="Times New Roman"/>
          <w:lang w:eastAsia="zh-CN"/>
        </w:rPr>
      </w:pPr>
      <w:r w:rsidRPr="004B3FC3">
        <w:rPr>
          <w:rFonts w:cs="Times New Roman"/>
          <w:b/>
          <w:sz w:val="25"/>
          <w:lang w:eastAsia="zh-CN"/>
        </w:rPr>
        <w:t>一、住房：</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需要学校安排住宿的同学，到校后由留学生公寓管理中心安排宿舍，须交两张照片，进行入住登记，签入住协议，领取宿舍房卡。房间内配备了书桌、椅子、衣柜及床。新入学的同学每人可自愿购买一套床上用品，包括棉被、棉褥、枕头、床单、被罩、枕套，价格请咨询宿舍管理员。</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宿舍内不准留宿任何人，包括新生家长。家长如有需求，可预订学校周边的宾馆、酒店。</w:t>
      </w:r>
    </w:p>
    <w:p w:rsidR="00535A73" w:rsidRPr="004B3FC3" w:rsidRDefault="004B3FC3">
      <w:pPr>
        <w:spacing w:line="300" w:lineRule="auto"/>
        <w:ind w:left="420"/>
        <w:rPr>
          <w:rFonts w:cs="Times New Roman"/>
          <w:lang w:eastAsia="zh-CN"/>
        </w:rPr>
      </w:pPr>
      <w:r w:rsidRPr="004B3FC3">
        <w:rPr>
          <w:rFonts w:cs="Times New Roman"/>
          <w:i/>
          <w:lang w:eastAsia="zh-CN"/>
        </w:rPr>
        <w:t>说明：凡由学校解决住宿的同学，须办理住宿手续；自行解决住宿的同学，无须办理。</w:t>
      </w:r>
    </w:p>
    <w:p w:rsidR="00535A73" w:rsidRPr="004B3FC3" w:rsidRDefault="004B3FC3">
      <w:pPr>
        <w:spacing w:before="120" w:after="40"/>
        <w:rPr>
          <w:rFonts w:cs="Times New Roman"/>
          <w:lang w:eastAsia="zh-CN"/>
        </w:rPr>
      </w:pPr>
      <w:r w:rsidRPr="004B3FC3">
        <w:rPr>
          <w:rFonts w:cs="Times New Roman"/>
          <w:b/>
          <w:sz w:val="25"/>
          <w:lang w:eastAsia="zh-CN"/>
        </w:rPr>
        <w:t>二、办公室：</w:t>
      </w:r>
    </w:p>
    <w:p w:rsidR="00535A73" w:rsidRPr="004B3FC3" w:rsidRDefault="004B3FC3">
      <w:pPr>
        <w:spacing w:line="300" w:lineRule="auto"/>
        <w:ind w:firstLine="420"/>
        <w:rPr>
          <w:rFonts w:cs="Times New Roman"/>
          <w:lang w:eastAsia="zh-CN"/>
        </w:rPr>
      </w:pPr>
      <w:r w:rsidRPr="004B3FC3">
        <w:rPr>
          <w:rFonts w:cs="Times New Roman"/>
          <w:lang w:eastAsia="zh-CN"/>
        </w:rPr>
        <w:t>公寓管理中心办公室在本楼一层</w:t>
      </w:r>
      <w:r w:rsidRPr="004B3FC3">
        <w:rPr>
          <w:rFonts w:cs="Times New Roman"/>
          <w:lang w:eastAsia="zh-CN"/>
        </w:rPr>
        <w:t>125</w:t>
      </w:r>
      <w:r w:rsidRPr="004B3FC3">
        <w:rPr>
          <w:rFonts w:cs="Times New Roman"/>
          <w:lang w:eastAsia="zh-CN"/>
        </w:rPr>
        <w:t>室；留学生办公室在本楼一层</w:t>
      </w:r>
      <w:r w:rsidRPr="004B3FC3">
        <w:rPr>
          <w:rFonts w:cs="Times New Roman"/>
          <w:lang w:eastAsia="zh-CN"/>
        </w:rPr>
        <w:t>123</w:t>
      </w:r>
      <w:r w:rsidRPr="004B3FC3">
        <w:rPr>
          <w:rFonts w:cs="Times New Roman"/>
          <w:lang w:eastAsia="zh-CN"/>
        </w:rPr>
        <w:t>室和国际合作处</w:t>
      </w:r>
      <w:r w:rsidRPr="004B3FC3">
        <w:rPr>
          <w:rFonts w:cs="Times New Roman"/>
          <w:lang w:eastAsia="zh-CN"/>
        </w:rPr>
        <w:t>1</w:t>
      </w:r>
      <w:r w:rsidRPr="004B3FC3">
        <w:rPr>
          <w:rFonts w:cs="Times New Roman"/>
          <w:lang w:eastAsia="zh-CN"/>
        </w:rPr>
        <w:t>层。</w:t>
      </w:r>
    </w:p>
    <w:p w:rsidR="00535A73" w:rsidRPr="004B3FC3" w:rsidRDefault="004B3FC3">
      <w:pPr>
        <w:spacing w:before="120" w:after="40"/>
        <w:rPr>
          <w:rFonts w:cs="Times New Roman"/>
          <w:lang w:eastAsia="zh-CN"/>
        </w:rPr>
      </w:pPr>
      <w:r w:rsidRPr="004B3FC3">
        <w:rPr>
          <w:rFonts w:cs="Times New Roman"/>
          <w:b/>
          <w:sz w:val="25"/>
          <w:lang w:eastAsia="zh-CN"/>
        </w:rPr>
        <w:t>三、学费、住宿费和保险费</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自费生须缴清学费、房费和保险费。逾期缴纳将加收</w:t>
      </w:r>
      <w:r w:rsidRPr="004B3FC3">
        <w:rPr>
          <w:rFonts w:cs="Times New Roman"/>
          <w:lang w:eastAsia="zh-CN"/>
        </w:rPr>
        <w:t>5%</w:t>
      </w:r>
      <w:r w:rsidRPr="004B3FC3">
        <w:rPr>
          <w:rFonts w:cs="Times New Roman"/>
          <w:lang w:eastAsia="zh-CN"/>
        </w:rPr>
        <w:t>的滞纳金。具体缴费时间另行通知。</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缴款方式：</w:t>
      </w:r>
      <w:r w:rsidRPr="004B3FC3">
        <w:rPr>
          <w:rFonts w:cs="Times New Roman"/>
          <w:lang w:eastAsia="zh-CN"/>
        </w:rPr>
        <w:t>APP</w:t>
      </w:r>
      <w:r w:rsidRPr="004B3FC3">
        <w:rPr>
          <w:rFonts w:cs="Times New Roman"/>
          <w:lang w:eastAsia="zh-CN"/>
        </w:rPr>
        <w:t>缴费、现场缴费和自助机缴费。</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3. </w:t>
      </w:r>
      <w:r w:rsidRPr="004B3FC3">
        <w:rPr>
          <w:rFonts w:cs="Times New Roman"/>
          <w:lang w:eastAsia="zh-CN"/>
        </w:rPr>
        <w:t>学生在中途转学或退学时，已收取的学费不转不退。</w:t>
      </w:r>
    </w:p>
    <w:p w:rsidR="00535A73" w:rsidRPr="004B3FC3" w:rsidRDefault="004B3FC3">
      <w:pPr>
        <w:spacing w:before="120" w:after="40"/>
        <w:rPr>
          <w:rFonts w:cs="Times New Roman"/>
          <w:lang w:eastAsia="zh-CN"/>
        </w:rPr>
      </w:pPr>
      <w:r w:rsidRPr="004B3FC3">
        <w:rPr>
          <w:rFonts w:cs="Times New Roman"/>
          <w:b/>
          <w:sz w:val="25"/>
          <w:lang w:eastAsia="zh-CN"/>
        </w:rPr>
        <w:t>四、留学生公寓楼内的设施：</w:t>
      </w:r>
    </w:p>
    <w:p w:rsidR="00535A73" w:rsidRPr="004B3FC3" w:rsidRDefault="004B3FC3">
      <w:pPr>
        <w:spacing w:line="300" w:lineRule="auto"/>
        <w:ind w:firstLine="420"/>
        <w:rPr>
          <w:rFonts w:cs="Times New Roman"/>
          <w:lang w:eastAsia="zh-CN"/>
        </w:rPr>
      </w:pPr>
      <w:r w:rsidRPr="004B3FC3">
        <w:rPr>
          <w:rFonts w:cs="Times New Roman"/>
          <w:lang w:eastAsia="zh-CN"/>
        </w:rPr>
        <w:t>1</w:t>
      </w:r>
      <w:r w:rsidRPr="004B3FC3">
        <w:rPr>
          <w:rFonts w:cs="Times New Roman"/>
          <w:lang w:eastAsia="zh-CN"/>
        </w:rPr>
        <w:t xml:space="preserve">. </w:t>
      </w:r>
      <w:r w:rsidRPr="004B3FC3">
        <w:rPr>
          <w:rFonts w:cs="Times New Roman"/>
          <w:lang w:eastAsia="zh-CN"/>
        </w:rPr>
        <w:t>洗衣机：楼内每双层设有卡式洗衣机，使用方式请咨询前台。</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开水房：楼内每层设有开水房，</w:t>
      </w:r>
      <w:r w:rsidRPr="004B3FC3">
        <w:rPr>
          <w:rFonts w:cs="Times New Roman"/>
          <w:lang w:eastAsia="zh-CN"/>
        </w:rPr>
        <w:t>24</w:t>
      </w:r>
      <w:r w:rsidRPr="004B3FC3">
        <w:rPr>
          <w:rFonts w:cs="Times New Roman"/>
          <w:lang w:eastAsia="zh-CN"/>
        </w:rPr>
        <w:t>小时供应饮用热水。</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3. </w:t>
      </w:r>
      <w:r w:rsidRPr="004B3FC3">
        <w:rPr>
          <w:rFonts w:cs="Times New Roman"/>
          <w:lang w:eastAsia="zh-CN"/>
        </w:rPr>
        <w:t>电话：宿舍内设有电话，可打国际、国内长途电话及市内电话；拨打校内电话免费（直拨后四位），拨打市内、国内和国际长途需要购买电话卡。</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4. </w:t>
      </w:r>
      <w:r w:rsidRPr="004B3FC3">
        <w:rPr>
          <w:rFonts w:cs="Times New Roman"/>
          <w:lang w:eastAsia="zh-CN"/>
        </w:rPr>
        <w:t>在学校信息中心交费办理开通手续后，房间即可登录国际、国内网站。</w:t>
      </w:r>
    </w:p>
    <w:p w:rsidR="00535A73" w:rsidRPr="004B3FC3" w:rsidRDefault="004B3FC3">
      <w:pPr>
        <w:spacing w:before="120" w:after="40"/>
        <w:rPr>
          <w:rFonts w:cs="Times New Roman"/>
          <w:lang w:eastAsia="zh-CN"/>
        </w:rPr>
      </w:pPr>
      <w:r w:rsidRPr="004B3FC3">
        <w:rPr>
          <w:rFonts w:cs="Times New Roman"/>
          <w:b/>
          <w:sz w:val="25"/>
          <w:lang w:eastAsia="zh-CN"/>
        </w:rPr>
        <w:t>五、用餐</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校园内共有四个餐厅，分别为跃进厅（一层为学生食堂、二层为教工食堂、三层为中档餐厅）、学生公寓</w:t>
      </w:r>
      <w:r w:rsidRPr="004B3FC3">
        <w:rPr>
          <w:rFonts w:cs="Times New Roman"/>
          <w:lang w:eastAsia="zh-CN"/>
        </w:rPr>
        <w:t>7</w:t>
      </w:r>
      <w:r w:rsidRPr="004B3FC3">
        <w:rPr>
          <w:rFonts w:cs="Times New Roman"/>
          <w:lang w:eastAsia="zh-CN"/>
        </w:rPr>
        <w:t>号楼食堂（原清真食堂，</w:t>
      </w:r>
      <w:r w:rsidRPr="004B3FC3">
        <w:rPr>
          <w:rFonts w:cs="Times New Roman"/>
          <w:lang w:eastAsia="zh-CN"/>
        </w:rPr>
        <w:t>7</w:t>
      </w:r>
      <w:r w:rsidRPr="004B3FC3">
        <w:rPr>
          <w:rFonts w:cs="Times New Roman"/>
          <w:lang w:eastAsia="zh-CN"/>
        </w:rPr>
        <w:t>号楼一层，供应清真餐食）、</w:t>
      </w:r>
      <w:proofErr w:type="gramStart"/>
      <w:r w:rsidRPr="004B3FC3">
        <w:rPr>
          <w:rFonts w:cs="Times New Roman"/>
          <w:lang w:eastAsia="zh-CN"/>
        </w:rPr>
        <w:t>德园餐厅</w:t>
      </w:r>
      <w:proofErr w:type="gramEnd"/>
      <w:r w:rsidRPr="004B3FC3">
        <w:rPr>
          <w:rFonts w:cs="Times New Roman"/>
          <w:lang w:eastAsia="zh-CN"/>
        </w:rPr>
        <w:t>（超市北侧）、快乐食</w:t>
      </w:r>
      <w:r w:rsidRPr="004B3FC3">
        <w:rPr>
          <w:rFonts w:cs="Times New Roman"/>
          <w:lang w:eastAsia="zh-CN"/>
        </w:rPr>
        <w:t>间（超市二层）。</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以上食堂均可使用校园卡刷卡就餐，校园卡可以在跃进厅一层充值，也可以在网上充值。</w:t>
      </w:r>
    </w:p>
    <w:p w:rsidR="00535A73" w:rsidRPr="004B3FC3" w:rsidRDefault="004B3FC3">
      <w:pPr>
        <w:spacing w:before="120" w:after="40"/>
        <w:rPr>
          <w:rFonts w:cs="Times New Roman"/>
          <w:lang w:eastAsia="zh-CN"/>
        </w:rPr>
      </w:pPr>
      <w:r w:rsidRPr="004B3FC3">
        <w:rPr>
          <w:rFonts w:cs="Times New Roman"/>
          <w:b/>
          <w:sz w:val="25"/>
          <w:lang w:eastAsia="zh-CN"/>
        </w:rPr>
        <w:t>六、邮政服务</w:t>
      </w:r>
    </w:p>
    <w:p w:rsidR="00535A73" w:rsidRPr="004B3FC3" w:rsidRDefault="004B3FC3">
      <w:pPr>
        <w:spacing w:line="300" w:lineRule="auto"/>
        <w:ind w:firstLine="420"/>
        <w:rPr>
          <w:rFonts w:cs="Times New Roman"/>
          <w:lang w:eastAsia="zh-CN"/>
        </w:rPr>
      </w:pPr>
      <w:r w:rsidRPr="004B3FC3">
        <w:rPr>
          <w:rFonts w:cs="Times New Roman"/>
          <w:lang w:eastAsia="zh-CN"/>
        </w:rPr>
        <w:lastRenderedPageBreak/>
        <w:t>快递服务：学校在留学生公寓地下停车场设有快递服务中心，可以邮寄邮件、包裹。</w:t>
      </w:r>
    </w:p>
    <w:p w:rsidR="00535A73" w:rsidRPr="004B3FC3" w:rsidRDefault="004B3FC3">
      <w:pPr>
        <w:spacing w:before="120" w:after="40"/>
        <w:rPr>
          <w:rFonts w:cs="Times New Roman"/>
          <w:lang w:eastAsia="zh-CN"/>
        </w:rPr>
      </w:pPr>
      <w:r w:rsidRPr="004B3FC3">
        <w:rPr>
          <w:rFonts w:cs="Times New Roman"/>
          <w:b/>
          <w:sz w:val="25"/>
          <w:lang w:eastAsia="zh-CN"/>
        </w:rPr>
        <w:t>七、医院</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如学生生病，可到学校校医院（六号楼）或北京大学第三医院就诊。该医院紧邻医学部。</w:t>
      </w:r>
    </w:p>
    <w:p w:rsidR="00535A73" w:rsidRPr="004B3FC3" w:rsidRDefault="004B3FC3">
      <w:pPr>
        <w:spacing w:before="120" w:after="40"/>
        <w:rPr>
          <w:rFonts w:cs="Times New Roman"/>
          <w:lang w:eastAsia="zh-CN"/>
        </w:rPr>
      </w:pPr>
      <w:r w:rsidRPr="004B3FC3">
        <w:rPr>
          <w:rFonts w:cs="Times New Roman"/>
          <w:b/>
          <w:sz w:val="25"/>
          <w:lang w:eastAsia="zh-CN"/>
        </w:rPr>
        <w:t>八、交通</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学校通讯地址：北京市海淀区学院路</w:t>
      </w:r>
      <w:r w:rsidRPr="004B3FC3">
        <w:rPr>
          <w:rFonts w:cs="Times New Roman"/>
          <w:lang w:eastAsia="zh-CN"/>
        </w:rPr>
        <w:t>38</w:t>
      </w:r>
      <w:r w:rsidRPr="004B3FC3">
        <w:rPr>
          <w:rFonts w:cs="Times New Roman"/>
          <w:lang w:eastAsia="zh-CN"/>
        </w:rPr>
        <w:t>号北京大学医学部留学生公寓</w:t>
      </w:r>
      <w:r w:rsidRPr="004B3FC3">
        <w:rPr>
          <w:rFonts w:cs="Times New Roman"/>
          <w:lang w:eastAsia="zh-CN"/>
        </w:rPr>
        <w:t>×××</w:t>
      </w:r>
      <w:r w:rsidRPr="004B3FC3">
        <w:rPr>
          <w:rFonts w:cs="Times New Roman"/>
          <w:lang w:eastAsia="zh-CN"/>
        </w:rPr>
        <w:t>房间，邮编</w:t>
      </w:r>
      <w:r w:rsidRPr="004B3FC3">
        <w:rPr>
          <w:rFonts w:cs="Times New Roman"/>
          <w:lang w:eastAsia="zh-CN"/>
        </w:rPr>
        <w:t>100191</w:t>
      </w:r>
      <w:r w:rsidRPr="004B3FC3">
        <w:rPr>
          <w:rFonts w:cs="Times New Roman"/>
          <w:lang w:eastAsia="zh-CN"/>
        </w:rPr>
        <w:t>。</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学校周边公交和地铁：医学部西门有</w:t>
      </w:r>
      <w:r w:rsidRPr="004B3FC3">
        <w:rPr>
          <w:rFonts w:cs="Times New Roman"/>
          <w:lang w:eastAsia="zh-CN"/>
        </w:rPr>
        <w:t>“</w:t>
      </w:r>
      <w:r w:rsidRPr="004B3FC3">
        <w:rPr>
          <w:rFonts w:cs="Times New Roman"/>
          <w:lang w:eastAsia="zh-CN"/>
        </w:rPr>
        <w:t>北京航空航天大学</w:t>
      </w:r>
      <w:r w:rsidRPr="004B3FC3">
        <w:rPr>
          <w:rFonts w:cs="Times New Roman"/>
          <w:lang w:eastAsia="zh-CN"/>
        </w:rPr>
        <w:t>”</w:t>
      </w:r>
      <w:r w:rsidRPr="004B3FC3">
        <w:rPr>
          <w:rFonts w:cs="Times New Roman"/>
          <w:lang w:eastAsia="zh-CN"/>
        </w:rPr>
        <w:t>公交站。医学部北门有</w:t>
      </w:r>
      <w:r w:rsidRPr="004B3FC3">
        <w:rPr>
          <w:rFonts w:cs="Times New Roman"/>
          <w:lang w:eastAsia="zh-CN"/>
        </w:rPr>
        <w:t>“</w:t>
      </w:r>
      <w:r w:rsidRPr="004B3FC3">
        <w:rPr>
          <w:rFonts w:cs="Times New Roman"/>
          <w:lang w:eastAsia="zh-CN"/>
        </w:rPr>
        <w:t>学院桥东</w:t>
      </w:r>
      <w:r w:rsidRPr="004B3FC3">
        <w:rPr>
          <w:rFonts w:cs="Times New Roman"/>
          <w:lang w:eastAsia="zh-CN"/>
        </w:rPr>
        <w:t>”</w:t>
      </w:r>
      <w:r w:rsidRPr="004B3FC3">
        <w:rPr>
          <w:rFonts w:cs="Times New Roman"/>
          <w:lang w:eastAsia="zh-CN"/>
        </w:rPr>
        <w:t>公交站。医学部南门东侧有</w:t>
      </w:r>
      <w:r w:rsidRPr="004B3FC3">
        <w:rPr>
          <w:rFonts w:cs="Times New Roman"/>
          <w:lang w:eastAsia="zh-CN"/>
        </w:rPr>
        <w:t>“</w:t>
      </w:r>
      <w:r w:rsidRPr="004B3FC3">
        <w:rPr>
          <w:rFonts w:cs="Times New Roman"/>
          <w:lang w:eastAsia="zh-CN"/>
        </w:rPr>
        <w:t>北医三院</w:t>
      </w:r>
      <w:r w:rsidRPr="004B3FC3">
        <w:rPr>
          <w:rFonts w:cs="Times New Roman"/>
          <w:lang w:eastAsia="zh-CN"/>
        </w:rPr>
        <w:t>”</w:t>
      </w:r>
      <w:r w:rsidRPr="004B3FC3">
        <w:rPr>
          <w:rFonts w:cs="Times New Roman"/>
          <w:lang w:eastAsia="zh-CN"/>
        </w:rPr>
        <w:t>公交站。各站车次及具体路线可自行上网查询。医学部北门西侧是地铁</w:t>
      </w:r>
      <w:proofErr w:type="gramStart"/>
      <w:r w:rsidRPr="004B3FC3">
        <w:rPr>
          <w:rFonts w:cs="Times New Roman"/>
          <w:lang w:eastAsia="zh-CN"/>
        </w:rPr>
        <w:t>昌平线</w:t>
      </w:r>
      <w:proofErr w:type="gramEnd"/>
      <w:r w:rsidRPr="004B3FC3">
        <w:rPr>
          <w:rFonts w:cs="Times New Roman"/>
          <w:lang w:eastAsia="zh-CN"/>
        </w:rPr>
        <w:t>“</w:t>
      </w:r>
      <w:r w:rsidRPr="004B3FC3">
        <w:rPr>
          <w:rFonts w:cs="Times New Roman"/>
          <w:lang w:eastAsia="zh-CN"/>
        </w:rPr>
        <w:t>学院桥</w:t>
      </w:r>
      <w:r w:rsidRPr="004B3FC3">
        <w:rPr>
          <w:rFonts w:cs="Times New Roman"/>
          <w:lang w:eastAsia="zh-CN"/>
        </w:rPr>
        <w:t>”</w:t>
      </w:r>
      <w:r w:rsidRPr="004B3FC3">
        <w:rPr>
          <w:rFonts w:cs="Times New Roman"/>
          <w:lang w:eastAsia="zh-CN"/>
        </w:rPr>
        <w:t>站，乘坐地铁非常方便。</w:t>
      </w:r>
    </w:p>
    <w:p w:rsidR="00535A73" w:rsidRPr="004B3FC3" w:rsidRDefault="004B3FC3">
      <w:pPr>
        <w:spacing w:before="120" w:after="40"/>
        <w:rPr>
          <w:rFonts w:cs="Times New Roman"/>
          <w:lang w:eastAsia="zh-CN"/>
        </w:rPr>
      </w:pPr>
      <w:r w:rsidRPr="004B3FC3">
        <w:rPr>
          <w:rFonts w:cs="Times New Roman"/>
          <w:b/>
          <w:sz w:val="25"/>
          <w:lang w:eastAsia="zh-CN"/>
        </w:rPr>
        <w:t>九、重要安全提示</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1. </w:t>
      </w:r>
      <w:r w:rsidRPr="004B3FC3">
        <w:rPr>
          <w:rFonts w:cs="Times New Roman"/>
          <w:lang w:eastAsia="zh-CN"/>
        </w:rPr>
        <w:t>严防电信诈骗：任何以电话、电子邮件、网络社交软件或其他方式进行的涉及交钱的项目，请同学们务必提高警惕，提前与办公室老师沟通，以确认真实性。</w:t>
      </w:r>
    </w:p>
    <w:p w:rsidR="00535A73" w:rsidRPr="004B3FC3" w:rsidRDefault="004B3FC3">
      <w:pPr>
        <w:spacing w:line="300" w:lineRule="auto"/>
        <w:ind w:firstLine="420"/>
        <w:rPr>
          <w:rFonts w:cs="Times New Roman"/>
          <w:lang w:eastAsia="zh-CN"/>
        </w:rPr>
      </w:pPr>
      <w:r w:rsidRPr="004B3FC3">
        <w:rPr>
          <w:rFonts w:cs="Times New Roman"/>
          <w:lang w:eastAsia="zh-CN"/>
        </w:rPr>
        <w:t xml:space="preserve">2. </w:t>
      </w:r>
      <w:r w:rsidRPr="004B3FC3">
        <w:rPr>
          <w:rFonts w:cs="Times New Roman"/>
          <w:lang w:eastAsia="zh-CN"/>
        </w:rPr>
        <w:t>严禁黄赌毒：严禁在校园和公寓内观看、传播涉黄材料；严禁吸食、买卖毒品；严禁赌博。</w:t>
      </w:r>
    </w:p>
    <w:p w:rsidR="00535A73" w:rsidRPr="004B3FC3" w:rsidRDefault="004B3FC3">
      <w:pPr>
        <w:rPr>
          <w:rFonts w:cs="Times New Roman"/>
          <w:lang w:eastAsia="zh-CN"/>
        </w:rPr>
      </w:pPr>
      <w:r w:rsidRPr="004B3FC3">
        <w:rPr>
          <w:rFonts w:cs="Times New Roman"/>
          <w:lang w:eastAsia="zh-CN"/>
        </w:rPr>
        <w:br w:type="page"/>
      </w:r>
      <w:bookmarkStart w:id="0" w:name="_GoBack"/>
      <w:bookmarkEnd w:id="0"/>
    </w:p>
    <w:p w:rsidR="00535A73" w:rsidRPr="004B3FC3" w:rsidRDefault="004B3FC3">
      <w:pPr>
        <w:spacing w:after="80"/>
        <w:jc w:val="center"/>
        <w:rPr>
          <w:rFonts w:cs="Times New Roman"/>
        </w:rPr>
      </w:pPr>
      <w:r w:rsidRPr="004B3FC3">
        <w:rPr>
          <w:rFonts w:cs="Times New Roman"/>
          <w:b/>
          <w:sz w:val="26"/>
        </w:rPr>
        <w:lastRenderedPageBreak/>
        <w:t>Peking University</w:t>
      </w:r>
      <w:r w:rsidRPr="004B3FC3">
        <w:rPr>
          <w:rFonts w:cs="Times New Roman"/>
          <w:b/>
          <w:sz w:val="26"/>
        </w:rPr>
        <w:t xml:space="preserve"> Health Science Center</w:t>
      </w:r>
    </w:p>
    <w:p w:rsidR="00535A73" w:rsidRPr="004B3FC3" w:rsidRDefault="004B3FC3">
      <w:pPr>
        <w:spacing w:after="80"/>
        <w:jc w:val="center"/>
        <w:rPr>
          <w:rFonts w:cs="Times New Roman"/>
        </w:rPr>
      </w:pPr>
      <w:r w:rsidRPr="004B3FC3">
        <w:rPr>
          <w:rFonts w:cs="Times New Roman"/>
          <w:b/>
          <w:sz w:val="28"/>
        </w:rPr>
        <w:t>Life Guide &amp; Security Tips for Freshmen</w:t>
      </w:r>
    </w:p>
    <w:p w:rsidR="00535A73" w:rsidRPr="004B3FC3" w:rsidRDefault="00535A73">
      <w:pPr>
        <w:rPr>
          <w:rFonts w:cs="Times New Roman"/>
        </w:rPr>
      </w:pPr>
    </w:p>
    <w:p w:rsidR="00535A73" w:rsidRPr="004B3FC3" w:rsidRDefault="004B3FC3">
      <w:pPr>
        <w:spacing w:line="300" w:lineRule="auto"/>
        <w:ind w:firstLine="420"/>
        <w:rPr>
          <w:rFonts w:cs="Times New Roman"/>
        </w:rPr>
      </w:pPr>
      <w:r w:rsidRPr="004B3FC3">
        <w:rPr>
          <w:rFonts w:cs="Times New Roman"/>
        </w:rPr>
        <w:t>Welcome to Peking University Health Science Center.</w:t>
      </w:r>
    </w:p>
    <w:p w:rsidR="00535A73" w:rsidRPr="004B3FC3" w:rsidRDefault="004B3FC3">
      <w:pPr>
        <w:spacing w:line="300" w:lineRule="auto"/>
        <w:ind w:firstLine="420"/>
        <w:rPr>
          <w:rFonts w:cs="Times New Roman"/>
        </w:rPr>
      </w:pPr>
      <w:r w:rsidRPr="004B3FC3">
        <w:rPr>
          <w:rFonts w:cs="Times New Roman"/>
        </w:rPr>
        <w:t>When you first arrive on campus, everything may seem strange to you. Here we provide you with the Life Guide &amp; Security Tips. Hopefully it c</w:t>
      </w:r>
      <w:r w:rsidRPr="004B3FC3">
        <w:rPr>
          <w:rFonts w:cs="Times New Roman"/>
        </w:rPr>
        <w:t>an help you adapt to campus life more easily.</w:t>
      </w:r>
    </w:p>
    <w:p w:rsidR="00535A73" w:rsidRPr="004B3FC3" w:rsidRDefault="004B3FC3">
      <w:pPr>
        <w:spacing w:before="120" w:after="40"/>
        <w:rPr>
          <w:rFonts w:cs="Times New Roman"/>
        </w:rPr>
      </w:pPr>
      <w:r w:rsidRPr="004B3FC3">
        <w:rPr>
          <w:rFonts w:cs="Times New Roman"/>
          <w:b/>
          <w:sz w:val="24"/>
        </w:rPr>
        <w:t>1. Accommodation</w:t>
      </w:r>
    </w:p>
    <w:p w:rsidR="00535A73" w:rsidRPr="004B3FC3" w:rsidRDefault="004B3FC3">
      <w:pPr>
        <w:spacing w:line="300" w:lineRule="auto"/>
        <w:ind w:firstLine="420"/>
        <w:rPr>
          <w:rFonts w:cs="Times New Roman"/>
        </w:rPr>
      </w:pPr>
      <w:r w:rsidRPr="004B3FC3">
        <w:rPr>
          <w:rFonts w:cs="Times New Roman"/>
        </w:rPr>
        <w:t xml:space="preserve">For students whose accommodation is arranged by the school, upon arrival the Management Center of the Foreign Students Building will assign your dorm room. You need to hand in two photographs, </w:t>
      </w:r>
      <w:r w:rsidRPr="004B3FC3">
        <w:rPr>
          <w:rFonts w:cs="Times New Roman"/>
        </w:rPr>
        <w:t>check in, sign the Accommodation Agreement, and get the room card. Each room is furnished with a desk, chair, wardrobe, and bed. For every freshman, a set of bedding is available for purchase voluntarily, including cotton quilt, cotton pad, pillow, bed she</w:t>
      </w:r>
      <w:r w:rsidRPr="004B3FC3">
        <w:rPr>
          <w:rFonts w:cs="Times New Roman"/>
        </w:rPr>
        <w:t>et, quilt cover, and pillowcase; please consult the dorm administrator for the price. You may also bring your own bedding.</w:t>
      </w:r>
    </w:p>
    <w:p w:rsidR="00535A73" w:rsidRPr="004B3FC3" w:rsidRDefault="004B3FC3">
      <w:pPr>
        <w:spacing w:line="300" w:lineRule="auto"/>
        <w:ind w:left="420"/>
        <w:rPr>
          <w:rFonts w:cs="Times New Roman"/>
        </w:rPr>
      </w:pPr>
      <w:r w:rsidRPr="004B3FC3">
        <w:rPr>
          <w:rFonts w:cs="Times New Roman"/>
          <w:i/>
        </w:rPr>
        <w:t xml:space="preserve">Note: Students whose accommodation is arranged by the school must complete the accommodation procedures; those who arrange their own </w:t>
      </w:r>
      <w:r w:rsidRPr="004B3FC3">
        <w:rPr>
          <w:rFonts w:cs="Times New Roman"/>
          <w:i/>
        </w:rPr>
        <w:t>accommodation are not required to do so.</w:t>
      </w:r>
    </w:p>
    <w:p w:rsidR="00535A73" w:rsidRPr="004B3FC3" w:rsidRDefault="004B3FC3">
      <w:pPr>
        <w:spacing w:before="120" w:after="40"/>
        <w:rPr>
          <w:rFonts w:cs="Times New Roman"/>
        </w:rPr>
      </w:pPr>
      <w:r w:rsidRPr="004B3FC3">
        <w:rPr>
          <w:rFonts w:cs="Times New Roman"/>
          <w:b/>
          <w:sz w:val="24"/>
        </w:rPr>
        <w:t>2. Office</w:t>
      </w:r>
    </w:p>
    <w:p w:rsidR="00535A73" w:rsidRPr="004B3FC3" w:rsidRDefault="004B3FC3">
      <w:pPr>
        <w:spacing w:line="300" w:lineRule="auto"/>
        <w:ind w:firstLine="420"/>
        <w:rPr>
          <w:rFonts w:cs="Times New Roman"/>
        </w:rPr>
      </w:pPr>
      <w:r w:rsidRPr="004B3FC3">
        <w:rPr>
          <w:rFonts w:cs="Times New Roman"/>
        </w:rPr>
        <w:t xml:space="preserve">The Management Center of the Foreign Students Building is in room 125 on the ground floor of the Foreign Students Building. The Foreign Students Offices are in room 123 of the same building and on the 1st </w:t>
      </w:r>
      <w:r w:rsidRPr="004B3FC3">
        <w:rPr>
          <w:rFonts w:cs="Times New Roman"/>
        </w:rPr>
        <w:t>floor of the International Cooperation Center.</w:t>
      </w:r>
    </w:p>
    <w:p w:rsidR="00535A73" w:rsidRPr="004B3FC3" w:rsidRDefault="004B3FC3">
      <w:pPr>
        <w:spacing w:before="120" w:after="40"/>
        <w:rPr>
          <w:rFonts w:cs="Times New Roman"/>
        </w:rPr>
      </w:pPr>
      <w:r w:rsidRPr="004B3FC3">
        <w:rPr>
          <w:rFonts w:cs="Times New Roman"/>
          <w:b/>
          <w:sz w:val="24"/>
        </w:rPr>
        <w:t>3. Tuition, Housing and Insurance Fees</w:t>
      </w:r>
    </w:p>
    <w:p w:rsidR="00535A73" w:rsidRPr="004B3FC3" w:rsidRDefault="004B3FC3">
      <w:pPr>
        <w:spacing w:line="300" w:lineRule="auto"/>
        <w:ind w:firstLine="420"/>
        <w:rPr>
          <w:rFonts w:cs="Times New Roman"/>
        </w:rPr>
      </w:pPr>
      <w:r w:rsidRPr="004B3FC3">
        <w:rPr>
          <w:rFonts w:cs="Times New Roman"/>
        </w:rPr>
        <w:t>1. Self-funded students must pay the tuition, accommodation, and insurance fees in full. A 5% late penalty will be charged for overdue payment. The specific payment sched</w:t>
      </w:r>
      <w:r w:rsidRPr="004B3FC3">
        <w:rPr>
          <w:rFonts w:cs="Times New Roman"/>
        </w:rPr>
        <w:t>ule will be notified separately.</w:t>
      </w:r>
    </w:p>
    <w:p w:rsidR="00535A73" w:rsidRPr="004B3FC3" w:rsidRDefault="004B3FC3">
      <w:pPr>
        <w:spacing w:line="300" w:lineRule="auto"/>
        <w:ind w:firstLine="420"/>
        <w:rPr>
          <w:rFonts w:cs="Times New Roman"/>
        </w:rPr>
      </w:pPr>
      <w:r w:rsidRPr="004B3FC3">
        <w:rPr>
          <w:rFonts w:cs="Times New Roman"/>
        </w:rPr>
        <w:t>2. Payment methods: via the App, on-site, or at a self-service kiosk.</w:t>
      </w:r>
    </w:p>
    <w:p w:rsidR="00535A73" w:rsidRPr="004B3FC3" w:rsidRDefault="004B3FC3">
      <w:pPr>
        <w:spacing w:line="300" w:lineRule="auto"/>
        <w:ind w:firstLine="420"/>
        <w:rPr>
          <w:rFonts w:cs="Times New Roman"/>
        </w:rPr>
      </w:pPr>
      <w:r w:rsidRPr="004B3FC3">
        <w:rPr>
          <w:rFonts w:cs="Times New Roman"/>
        </w:rPr>
        <w:t>3. Tuition already paid is non-transferable and non-refundable if a student transfers to another school or withdraws mid-term.</w:t>
      </w:r>
    </w:p>
    <w:p w:rsidR="00535A73" w:rsidRPr="004B3FC3" w:rsidRDefault="004B3FC3">
      <w:pPr>
        <w:spacing w:before="120" w:after="40"/>
        <w:rPr>
          <w:rFonts w:cs="Times New Roman"/>
        </w:rPr>
      </w:pPr>
      <w:r w:rsidRPr="004B3FC3">
        <w:rPr>
          <w:rFonts w:cs="Times New Roman"/>
          <w:b/>
          <w:sz w:val="24"/>
        </w:rPr>
        <w:t>4. Facilities in the Forei</w:t>
      </w:r>
      <w:r w:rsidRPr="004B3FC3">
        <w:rPr>
          <w:rFonts w:cs="Times New Roman"/>
          <w:b/>
          <w:sz w:val="24"/>
        </w:rPr>
        <w:t>gn Students Building</w:t>
      </w:r>
    </w:p>
    <w:p w:rsidR="00535A73" w:rsidRPr="004B3FC3" w:rsidRDefault="004B3FC3">
      <w:pPr>
        <w:spacing w:line="300" w:lineRule="auto"/>
        <w:ind w:firstLine="420"/>
        <w:rPr>
          <w:rFonts w:cs="Times New Roman"/>
        </w:rPr>
      </w:pPr>
      <w:r w:rsidRPr="004B3FC3">
        <w:rPr>
          <w:rFonts w:cs="Times New Roman"/>
        </w:rPr>
        <w:t>1. Washing machine: there are card-operated washing machines on every other floor. Please consult the Service Desk for usage details.</w:t>
      </w:r>
    </w:p>
    <w:p w:rsidR="00535A73" w:rsidRPr="004B3FC3" w:rsidRDefault="004B3FC3">
      <w:pPr>
        <w:spacing w:line="300" w:lineRule="auto"/>
        <w:ind w:firstLine="420"/>
        <w:rPr>
          <w:rFonts w:cs="Times New Roman"/>
        </w:rPr>
      </w:pPr>
      <w:r w:rsidRPr="004B3FC3">
        <w:rPr>
          <w:rFonts w:cs="Times New Roman"/>
        </w:rPr>
        <w:t>2. Boiler Room: there is a boiler room on every floor, which supplies hot drinking water 24 hours a d</w:t>
      </w:r>
      <w:r w:rsidRPr="004B3FC3">
        <w:rPr>
          <w:rFonts w:cs="Times New Roman"/>
        </w:rPr>
        <w:t>ay.</w:t>
      </w:r>
    </w:p>
    <w:p w:rsidR="00535A73" w:rsidRPr="004B3FC3" w:rsidRDefault="004B3FC3">
      <w:pPr>
        <w:spacing w:line="300" w:lineRule="auto"/>
        <w:ind w:firstLine="420"/>
        <w:rPr>
          <w:rFonts w:cs="Times New Roman"/>
        </w:rPr>
      </w:pPr>
      <w:r w:rsidRPr="004B3FC3">
        <w:rPr>
          <w:rFonts w:cs="Times New Roman"/>
        </w:rPr>
        <w:t>3. Telephone and web service: each room has an IC-card telephone, through which you can make international, domestic, and local calls (an IC card is required); to get international and domestic web service in your dorm, you need to complete the procedu</w:t>
      </w:r>
      <w:r w:rsidRPr="004B3FC3">
        <w:rPr>
          <w:rFonts w:cs="Times New Roman"/>
        </w:rPr>
        <w:t>res at the school's Information Center.</w:t>
      </w:r>
    </w:p>
    <w:p w:rsidR="00535A73" w:rsidRPr="004B3FC3" w:rsidRDefault="004B3FC3">
      <w:pPr>
        <w:spacing w:before="120" w:after="40"/>
        <w:rPr>
          <w:rFonts w:cs="Times New Roman"/>
        </w:rPr>
      </w:pPr>
      <w:r w:rsidRPr="004B3FC3">
        <w:rPr>
          <w:rFonts w:cs="Times New Roman"/>
          <w:b/>
          <w:sz w:val="24"/>
        </w:rPr>
        <w:t>5. Food</w:t>
      </w:r>
    </w:p>
    <w:p w:rsidR="00535A73" w:rsidRPr="004B3FC3" w:rsidRDefault="004B3FC3">
      <w:pPr>
        <w:spacing w:line="300" w:lineRule="auto"/>
        <w:ind w:firstLine="420"/>
        <w:rPr>
          <w:rFonts w:cs="Times New Roman"/>
        </w:rPr>
      </w:pPr>
      <w:r w:rsidRPr="004B3FC3">
        <w:rPr>
          <w:rFonts w:cs="Times New Roman"/>
        </w:rPr>
        <w:lastRenderedPageBreak/>
        <w:t>Four dining halls are available on the PKUHSC campus.</w:t>
      </w:r>
    </w:p>
    <w:p w:rsidR="00535A73" w:rsidRPr="004B3FC3" w:rsidRDefault="004B3FC3">
      <w:pPr>
        <w:spacing w:line="300" w:lineRule="auto"/>
        <w:ind w:firstLine="420"/>
        <w:rPr>
          <w:rFonts w:cs="Times New Roman"/>
        </w:rPr>
      </w:pPr>
      <w:r w:rsidRPr="004B3FC3">
        <w:rPr>
          <w:rFonts w:cs="Times New Roman"/>
        </w:rPr>
        <w:t xml:space="preserve">Yuejin Building has three floors for dining, each with different flavors and prices. Student Apartment Building 7 Canteen (formerly the Muslim/Halal </w:t>
      </w:r>
      <w:r w:rsidRPr="004B3FC3">
        <w:rPr>
          <w:rFonts w:cs="Times New Roman"/>
        </w:rPr>
        <w:t>canteen), located on the 1st floor of Building 7, serves halal food. De Yuan is to the north of the supermarket. Kuai Le Shi Jian is a student canteen on the second floor of the supermarket.</w:t>
      </w:r>
    </w:p>
    <w:p w:rsidR="00535A73" w:rsidRPr="004B3FC3" w:rsidRDefault="004B3FC3">
      <w:pPr>
        <w:spacing w:line="300" w:lineRule="auto"/>
        <w:ind w:firstLine="420"/>
        <w:rPr>
          <w:rFonts w:cs="Times New Roman"/>
        </w:rPr>
      </w:pPr>
      <w:r w:rsidRPr="004B3FC3">
        <w:rPr>
          <w:rFonts w:cs="Times New Roman"/>
        </w:rPr>
        <w:t>Student cards can be used in all four student canteens. Student c</w:t>
      </w:r>
      <w:r w:rsidRPr="004B3FC3">
        <w:rPr>
          <w:rFonts w:cs="Times New Roman"/>
        </w:rPr>
        <w:t>ards can be recharged on the first floor of the Yuejin Building or online.</w:t>
      </w:r>
    </w:p>
    <w:p w:rsidR="00535A73" w:rsidRPr="004B3FC3" w:rsidRDefault="004B3FC3">
      <w:pPr>
        <w:spacing w:before="120" w:after="40"/>
        <w:rPr>
          <w:rFonts w:cs="Times New Roman"/>
        </w:rPr>
      </w:pPr>
      <w:r w:rsidRPr="004B3FC3">
        <w:rPr>
          <w:rFonts w:cs="Times New Roman"/>
          <w:b/>
          <w:sz w:val="24"/>
        </w:rPr>
        <w:t>6. Post Service</w:t>
      </w:r>
    </w:p>
    <w:p w:rsidR="00535A73" w:rsidRPr="004B3FC3" w:rsidRDefault="004B3FC3">
      <w:pPr>
        <w:spacing w:line="300" w:lineRule="auto"/>
        <w:ind w:firstLine="420"/>
        <w:rPr>
          <w:rFonts w:cs="Times New Roman"/>
        </w:rPr>
      </w:pPr>
      <w:r w:rsidRPr="004B3FC3">
        <w:rPr>
          <w:rFonts w:cs="Times New Roman"/>
        </w:rPr>
        <w:t>You can find express mailing services in the B1 parking area of the International Student Dormitory, where you can mail letters and parcels quickly and at low cost.</w:t>
      </w:r>
    </w:p>
    <w:p w:rsidR="00535A73" w:rsidRPr="004B3FC3" w:rsidRDefault="004B3FC3">
      <w:pPr>
        <w:spacing w:before="120" w:after="40"/>
        <w:rPr>
          <w:rFonts w:cs="Times New Roman"/>
        </w:rPr>
      </w:pPr>
      <w:r w:rsidRPr="004B3FC3">
        <w:rPr>
          <w:rFonts w:cs="Times New Roman"/>
          <w:b/>
          <w:sz w:val="24"/>
        </w:rPr>
        <w:t>7. Hospital</w:t>
      </w:r>
    </w:p>
    <w:p w:rsidR="00535A73" w:rsidRPr="004B3FC3" w:rsidRDefault="004B3FC3">
      <w:pPr>
        <w:spacing w:line="300" w:lineRule="auto"/>
        <w:ind w:firstLine="420"/>
        <w:rPr>
          <w:rFonts w:cs="Times New Roman"/>
        </w:rPr>
      </w:pPr>
      <w:r w:rsidRPr="004B3FC3">
        <w:rPr>
          <w:rFonts w:cs="Times New Roman"/>
        </w:rPr>
        <w:t>If you get sick, you can go to the school clinic (Building 6) or the Third Hospital of Peking University, which is close to the campus and provides outpatient services for international students.</w:t>
      </w:r>
    </w:p>
    <w:p w:rsidR="00535A73" w:rsidRPr="004B3FC3" w:rsidRDefault="004B3FC3">
      <w:pPr>
        <w:spacing w:before="120" w:after="40"/>
        <w:rPr>
          <w:rFonts w:cs="Times New Roman"/>
        </w:rPr>
      </w:pPr>
      <w:r w:rsidRPr="004B3FC3">
        <w:rPr>
          <w:rFonts w:cs="Times New Roman"/>
          <w:b/>
          <w:sz w:val="24"/>
        </w:rPr>
        <w:t>8. Mailing Address of the School</w:t>
      </w:r>
    </w:p>
    <w:p w:rsidR="00535A73" w:rsidRPr="004B3FC3" w:rsidRDefault="004B3FC3">
      <w:pPr>
        <w:spacing w:line="300" w:lineRule="auto"/>
        <w:rPr>
          <w:rFonts w:cs="Times New Roman"/>
        </w:rPr>
      </w:pPr>
      <w:r w:rsidRPr="004B3FC3">
        <w:rPr>
          <w:rFonts w:cs="Times New Roman"/>
        </w:rPr>
        <w:t>Room No. ×××</w:t>
      </w:r>
    </w:p>
    <w:p w:rsidR="00535A73" w:rsidRPr="004B3FC3" w:rsidRDefault="004B3FC3">
      <w:pPr>
        <w:spacing w:line="300" w:lineRule="auto"/>
        <w:rPr>
          <w:rFonts w:cs="Times New Roman"/>
        </w:rPr>
      </w:pPr>
      <w:r w:rsidRPr="004B3FC3">
        <w:rPr>
          <w:rFonts w:cs="Times New Roman"/>
        </w:rPr>
        <w:t>Fo</w:t>
      </w:r>
      <w:r w:rsidRPr="004B3FC3">
        <w:rPr>
          <w:rFonts w:cs="Times New Roman"/>
        </w:rPr>
        <w:t>reign Student Building</w:t>
      </w:r>
    </w:p>
    <w:p w:rsidR="00535A73" w:rsidRPr="004B3FC3" w:rsidRDefault="004B3FC3">
      <w:pPr>
        <w:spacing w:line="300" w:lineRule="auto"/>
        <w:rPr>
          <w:rFonts w:cs="Times New Roman"/>
        </w:rPr>
      </w:pPr>
      <w:r w:rsidRPr="004B3FC3">
        <w:rPr>
          <w:rFonts w:cs="Times New Roman"/>
        </w:rPr>
        <w:t>Peking University Health Science Center</w:t>
      </w:r>
    </w:p>
    <w:p w:rsidR="00535A73" w:rsidRPr="004B3FC3" w:rsidRDefault="004B3FC3">
      <w:pPr>
        <w:spacing w:line="300" w:lineRule="auto"/>
        <w:rPr>
          <w:rFonts w:cs="Times New Roman"/>
        </w:rPr>
      </w:pPr>
      <w:r w:rsidRPr="004B3FC3">
        <w:rPr>
          <w:rFonts w:cs="Times New Roman"/>
        </w:rPr>
        <w:t>38 Xueyuan Rd, Haidian District</w:t>
      </w:r>
    </w:p>
    <w:p w:rsidR="00535A73" w:rsidRPr="004B3FC3" w:rsidRDefault="004B3FC3">
      <w:pPr>
        <w:spacing w:line="300" w:lineRule="auto"/>
        <w:rPr>
          <w:rFonts w:cs="Times New Roman"/>
        </w:rPr>
      </w:pPr>
      <w:r w:rsidRPr="004B3FC3">
        <w:rPr>
          <w:rFonts w:cs="Times New Roman"/>
        </w:rPr>
        <w:t>Beijing 100191, China</w:t>
      </w:r>
    </w:p>
    <w:p w:rsidR="00535A73" w:rsidRPr="004B3FC3" w:rsidRDefault="004B3FC3">
      <w:pPr>
        <w:spacing w:before="120" w:after="40"/>
        <w:rPr>
          <w:rFonts w:cs="Times New Roman"/>
        </w:rPr>
      </w:pPr>
      <w:r w:rsidRPr="004B3FC3">
        <w:rPr>
          <w:rFonts w:cs="Times New Roman"/>
          <w:b/>
          <w:sz w:val="24"/>
        </w:rPr>
        <w:t>9. Transportation</w:t>
      </w:r>
    </w:p>
    <w:p w:rsidR="00535A73" w:rsidRPr="004B3FC3" w:rsidRDefault="004B3FC3">
      <w:pPr>
        <w:spacing w:line="300" w:lineRule="auto"/>
        <w:ind w:firstLine="420"/>
        <w:rPr>
          <w:rFonts w:cs="Times New Roman"/>
        </w:rPr>
      </w:pPr>
      <w:r w:rsidRPr="004B3FC3">
        <w:rPr>
          <w:rFonts w:cs="Times New Roman"/>
        </w:rPr>
        <w:t>There are bus stops near each gate of the school. The west gate has the "Beihang University" bus stop; the north gate has</w:t>
      </w:r>
      <w:r w:rsidRPr="004B3FC3">
        <w:rPr>
          <w:rFonts w:cs="Times New Roman"/>
        </w:rPr>
        <w:t xml:space="preserve"> the "Xueyuanqiao East" bus stop; the east side of the south gate has the "Beiyi Santuan" (Peking University Third Hospital) bus stop. You can check the specific routes online. The "Xueyuanqiao" station of the Changping Line is to the west of the north gat</w:t>
      </w:r>
      <w:r w:rsidRPr="004B3FC3">
        <w:rPr>
          <w:rFonts w:cs="Times New Roman"/>
        </w:rPr>
        <w:t>e, making the subway very convenient.</w:t>
      </w:r>
    </w:p>
    <w:p w:rsidR="00535A73" w:rsidRPr="004B3FC3" w:rsidRDefault="004B3FC3">
      <w:pPr>
        <w:spacing w:before="120" w:after="40"/>
        <w:rPr>
          <w:rFonts w:cs="Times New Roman"/>
        </w:rPr>
      </w:pPr>
      <w:r w:rsidRPr="004B3FC3">
        <w:rPr>
          <w:rFonts w:cs="Times New Roman"/>
          <w:b/>
          <w:sz w:val="24"/>
        </w:rPr>
        <w:t>10. Important Security Tips</w:t>
      </w:r>
    </w:p>
    <w:p w:rsidR="00535A73" w:rsidRPr="004B3FC3" w:rsidRDefault="004B3FC3">
      <w:pPr>
        <w:spacing w:line="300" w:lineRule="auto"/>
        <w:ind w:firstLine="420"/>
        <w:rPr>
          <w:rFonts w:cs="Times New Roman"/>
        </w:rPr>
      </w:pPr>
      <w:r w:rsidRPr="004B3FC3">
        <w:rPr>
          <w:rFonts w:cs="Times New Roman"/>
        </w:rPr>
        <w:t>1. Beware of fraud by phone, online, or other means: if anyone asks you to send or transfer money in any way, please contact the Foreign Students Office first. We will help you verify whethe</w:t>
      </w:r>
      <w:r w:rsidRPr="004B3FC3">
        <w:rPr>
          <w:rFonts w:cs="Times New Roman"/>
        </w:rPr>
        <w:t>r it is a fraud.</w:t>
      </w:r>
    </w:p>
    <w:p w:rsidR="00535A73" w:rsidRPr="004B3FC3" w:rsidRDefault="004B3FC3">
      <w:pPr>
        <w:spacing w:line="300" w:lineRule="auto"/>
        <w:ind w:firstLine="420"/>
        <w:rPr>
          <w:rFonts w:cs="Times New Roman"/>
        </w:rPr>
      </w:pPr>
      <w:r w:rsidRPr="004B3FC3">
        <w:rPr>
          <w:rFonts w:cs="Times New Roman"/>
        </w:rPr>
        <w:t>2. Pornography, gambling, and drugs are strictly prohibited on campus and in the dormitory. If found, you will face legal punishment and possible expulsion from the school.</w:t>
      </w:r>
    </w:p>
    <w:sectPr w:rsidR="00535A73" w:rsidRPr="004B3FC3"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3FC3"/>
    <w:rsid w:val="00535A7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D1A238A-88D1-431B-BEA8-E0CCFEEA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Times New Roman" w:eastAsia="宋体"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74CC-6559-4514-8137-E6F8987F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3</cp:revision>
  <dcterms:created xsi:type="dcterms:W3CDTF">2013-12-23T23:15:00Z</dcterms:created>
  <dcterms:modified xsi:type="dcterms:W3CDTF">2026-07-29T04:10:00Z</dcterms:modified>
  <cp:category/>
</cp:coreProperties>
</file>